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2782011F" w:rsidR="0092490D" w:rsidRDefault="007D7F07">
            <w:pPr>
              <w:keepNext/>
              <w:jc w:val="center"/>
            </w:pPr>
            <w:r>
              <w:rPr>
                <w:noProof/>
              </w:rPr>
              <w:drawing>
                <wp:inline distT="0" distB="0" distL="0" distR="0" wp14:anchorId="4171D85B" wp14:editId="4785E995">
                  <wp:extent cx="480695" cy="641985"/>
                  <wp:effectExtent l="0" t="0" r="0" b="5715"/>
                  <wp:docPr id="2" name="Picture 1" descr="Description: C:\Users\User\Desktop\videle sigla - Copy.png"/>
                  <wp:cNvGraphicFramePr/>
                  <a:graphic xmlns:a="http://schemas.openxmlformats.org/drawingml/2006/main">
                    <a:graphicData uri="http://schemas.openxmlformats.org/drawingml/2006/picture">
                      <pic:pic xmlns:pic="http://schemas.openxmlformats.org/drawingml/2006/picture">
                        <pic:nvPicPr>
                          <pic:cNvPr id="2" name="Picture 1" descr="Description: C:\Users\User\Desktop\videle sigla - Copy.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695" cy="641985"/>
                          </a:xfrm>
                          <a:prstGeom prst="rect">
                            <a:avLst/>
                          </a:prstGeom>
                          <a:noFill/>
                        </pic:spPr>
                      </pic:pic>
                    </a:graphicData>
                  </a:graphic>
                </wp:inline>
              </w:drawing>
            </w:r>
            <w:bookmarkStart w:id="0" w:name="_GoBack"/>
            <w:bookmarkEnd w:id="0"/>
          </w:p>
        </w:tc>
        <w:tc>
          <w:tcPr>
            <w:tcW w:w="8030" w:type="dxa"/>
            <w:gridSpan w:val="3"/>
            <w:shd w:val="clear" w:color="auto" w:fill="F0F0F0"/>
          </w:tcPr>
          <w:p w14:paraId="30147D79" w14:textId="02D8A1B5" w:rsidR="0092490D" w:rsidRDefault="008D3852">
            <w:pPr>
              <w:keepNext/>
            </w:pPr>
            <w:proofErr w:type="spellStart"/>
            <w:r>
              <w:rPr>
                <w:b/>
                <w:color w:val="0D5F78"/>
              </w:rPr>
              <w:t>Județul</w:t>
            </w:r>
            <w:proofErr w:type="spellEnd"/>
            <w:r w:rsidR="007D7F07">
              <w:rPr>
                <w:b/>
                <w:color w:val="0D5F78"/>
              </w:rPr>
              <w:t xml:space="preserve"> TELEORMAN</w:t>
            </w:r>
          </w:p>
          <w:p w14:paraId="1D1E4BB3" w14:textId="77777777" w:rsidR="0092490D" w:rsidRDefault="0092490D">
            <w:pPr>
              <w:keepNext/>
            </w:pP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4BC05E64" w:rsidR="0092490D" w:rsidRDefault="008D3852">
            <w:pPr>
              <w:keepNext/>
            </w:pPr>
            <w:proofErr w:type="spellStart"/>
            <w:r>
              <w:rPr>
                <w:b/>
                <w:color w:val="0D5F78"/>
              </w:rPr>
              <w:t>Autoritatea</w:t>
            </w:r>
            <w:proofErr w:type="spellEnd"/>
            <w:r>
              <w:rPr>
                <w:b/>
                <w:color w:val="0D5F78"/>
              </w:rPr>
              <w:t xml:space="preserve"> </w:t>
            </w:r>
            <w:proofErr w:type="spellStart"/>
            <w:r>
              <w:rPr>
                <w:b/>
                <w:color w:val="0D5F78"/>
              </w:rPr>
              <w:t>administrației</w:t>
            </w:r>
            <w:proofErr w:type="spellEnd"/>
            <w:r>
              <w:rPr>
                <w:b/>
                <w:color w:val="0D5F78"/>
              </w:rPr>
              <w:t xml:space="preserve"> </w:t>
            </w:r>
            <w:proofErr w:type="spellStart"/>
            <w:r>
              <w:rPr>
                <w:b/>
                <w:color w:val="0D5F78"/>
              </w:rPr>
              <w:t>publice</w:t>
            </w:r>
            <w:proofErr w:type="spellEnd"/>
            <w:r w:rsidR="007D7F07">
              <w:rPr>
                <w:b/>
                <w:color w:val="0D5F78"/>
              </w:rPr>
              <w:t xml:space="preserve"> PRIMARIA ORASULUI VIDELE</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2DF20C2A" w:rsidR="0092490D" w:rsidRPr="00990104" w:rsidRDefault="007D7F07">
            <w:pPr>
              <w:keepNext/>
              <w:rPr>
                <w:lang w:val="fr-FR"/>
              </w:rPr>
            </w:pPr>
            <w:r>
              <w:rPr>
                <w:lang w:val="fr-FR"/>
              </w:rPr>
              <w:t>6853155</w:t>
            </w:r>
          </w:p>
        </w:tc>
        <w:tc>
          <w:tcPr>
            <w:tcW w:w="5621" w:type="dxa"/>
            <w:gridSpan w:val="2"/>
            <w:shd w:val="clear" w:color="auto" w:fill="F0F0F0"/>
          </w:tcPr>
          <w:p w14:paraId="5EF21905" w14:textId="77777777" w:rsidR="0092490D" w:rsidRDefault="008D3852">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47F38965" w14:textId="77777777" w:rsidR="007D7F07" w:rsidRDefault="007D7F07" w:rsidP="007D7F07">
            <w:pPr>
              <w:keepNext/>
            </w:pPr>
            <w:r>
              <w:t xml:space="preserve">ORAS VIDELE, STRADA REPUBLICII, NR. 2, TEL. 0247453017, </w:t>
            </w:r>
          </w:p>
          <w:p w14:paraId="67F49F8C" w14:textId="64EACD11" w:rsidR="0092490D" w:rsidRDefault="007D7F07" w:rsidP="007D7F07">
            <w:pPr>
              <w:keepNext/>
            </w:pPr>
            <w:r>
              <w:rPr>
                <w:spacing w:val="20"/>
                <w:sz w:val="16"/>
                <w:szCs w:val="16"/>
              </w:rPr>
              <w:t>E-mail: primariavidele@yahoo.com; office@primariavidele.ro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se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r w:rsidRPr="00990104">
              <w:rPr>
                <w:i/>
                <w:color w:val="7A7A7A"/>
                <w:lang w:val="fr-FR"/>
              </w:rPr>
              <w:t>primăria</w:t>
            </w:r>
            <w:proofErr w:type="spell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r w:rsidRPr="00990104">
              <w:rPr>
                <w:i/>
                <w:color w:val="7A7A7A"/>
                <w:lang w:val="fr-FR"/>
              </w:rPr>
              <w:t>dacă</w:t>
            </w:r>
            <w:proofErr w:type="spell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w:t>
            </w:r>
            <w:proofErr w:type="spellStart"/>
            <w:r>
              <w:rPr>
                <w:b/>
                <w:color w:val="0D5F78"/>
              </w:rPr>
              <w:t>nr</w:t>
            </w:r>
            <w:proofErr w:type="spellEnd"/>
            <w:r>
              <w:rPr>
                <w:b/>
                <w:color w:val="0D5F78"/>
              </w:rPr>
              <w:t>.</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9"/>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39EBB" w14:textId="77777777" w:rsidR="008D3852" w:rsidRDefault="008D3852">
      <w:r>
        <w:separator/>
      </w:r>
    </w:p>
  </w:endnote>
  <w:endnote w:type="continuationSeparator" w:id="0">
    <w:p w14:paraId="6BE21ED3" w14:textId="77777777" w:rsidR="008D3852" w:rsidRDefault="008D3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84BAA" w14:textId="72155FC7" w:rsidR="0092490D" w:rsidRDefault="008D3852">
    <w:pPr>
      <w:pStyle w:val="Footer"/>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7D7F07">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7D7F07">
      <w:rPr>
        <w:noProof/>
        <w:color w:val="595959"/>
      </w:rPr>
      <w:t>2</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1F20A" w14:textId="77777777" w:rsidR="008D3852" w:rsidRDefault="008D3852">
      <w:r>
        <w:separator/>
      </w:r>
    </w:p>
  </w:footnote>
  <w:footnote w:type="continuationSeparator" w:id="0">
    <w:p w14:paraId="493C6FFD" w14:textId="77777777" w:rsidR="008D3852" w:rsidRDefault="008D38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18634" w14:textId="3AE7FEBF" w:rsidR="00975330" w:rsidRDefault="00975330">
    <w:pPr>
      <w:pStyle w:val="Header"/>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72F"/>
    <w:rsid w:val="00034616"/>
    <w:rsid w:val="0006063C"/>
    <w:rsid w:val="00111A69"/>
    <w:rsid w:val="0015074B"/>
    <w:rsid w:val="0029639D"/>
    <w:rsid w:val="00326F90"/>
    <w:rsid w:val="00627198"/>
    <w:rsid w:val="007D7F07"/>
    <w:rsid w:val="008D3852"/>
    <w:rsid w:val="0092490D"/>
    <w:rsid w:val="00975330"/>
    <w:rsid w:val="00990104"/>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2251F-06F5-45A8-9173-E6B7D1FB9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urbanism_3</cp:lastModifiedBy>
  <cp:revision>2</cp:revision>
  <dcterms:created xsi:type="dcterms:W3CDTF">2013-12-23T23:15:00Z</dcterms:created>
  <dcterms:modified xsi:type="dcterms:W3CDTF">2026-09-23T11:53:00Z</dcterms:modified>
  <cp:category/>
</cp:coreProperties>
</file>